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43452"/>
          <w:sz w:val="28"/>
        </w:rPr>
        <w:t>[NOMBRE DE LA EMPRESA]</w:t>
      </w:r>
    </w:p>
    <w:p>
      <w:pPr>
        <w:jc w:val="center"/>
      </w:pPr>
      <w:r>
        <w:rPr>
          <w:color w:val="5A646E"/>
          <w:sz w:val="18"/>
        </w:rPr>
        <w:t>RIF: [RIF]  |  [DIRECCIÓN]  |  [TELÉFONO / CORREO]</w:t>
      </w:r>
    </w:p>
    <w:p>
      <w:pPr>
        <w:spacing w:before="240" w:after="280"/>
        <w:jc w:val="center"/>
      </w:pPr>
      <w:r>
        <w:rPr>
          <w:b/>
          <w:color w:val="1B5D7E"/>
          <w:sz w:val="32"/>
        </w:rPr>
        <w:t>CONSTANCIA DE TRABAJO</w:t>
      </w:r>
    </w:p>
    <w:p>
      <w:pPr>
        <w:jc w:val="right"/>
      </w:pPr>
      <w:r>
        <w:rPr>
          <w:i/>
        </w:rPr>
        <w:t>[CIUDAD], [DÍA] de [MES] de [AÑO]</w:t>
      </w:r>
    </w:p>
    <w:p>
      <w:r>
        <w:rPr>
          <w:b/>
        </w:rPr>
        <w:t>A quien pueda interesar:</w:t>
      </w:r>
    </w:p>
    <w:p>
      <w:pPr>
        <w:ind w:firstLine="432"/>
        <w:jc w:val="both"/>
      </w:pPr>
      <w:r>
        <w:t xml:space="preserve">Por medio de la presente se hace constar que </w:t>
      </w:r>
      <w:r>
        <w:rPr>
          <w:b/>
        </w:rPr>
        <w:t>[NOMBRE COMPLETO DEL TRABAJADOR]</w:t>
      </w:r>
      <w:r>
        <w:t xml:space="preserve">, titular de la cédula de identidad N.º </w:t>
      </w:r>
      <w:r>
        <w:rPr>
          <w:b/>
        </w:rPr>
        <w:t>[V-00.000.000]</w:t>
      </w:r>
      <w:r>
        <w:t>, prestó servicios en esta entidad de trabajo bajo las siguientes condiciones: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4"/>
        <w:gridCol w:w="6192"/>
      </w:tblGrid>
      <w:tr>
        <w:tc>
          <w:tcPr>
            <w:tcW w:type="dxa" w:w="3384"/>
            <w:vAlign w:val="center"/>
            <w:shd w:fill="E8F1F5"/>
            <w:tcBorders>
              <w:top w:val="single" w:sz="5" w:color="C8D6DD"/>
              <w:left w:val="single" w:sz="5" w:color="C8D6DD"/>
              <w:bottom w:val="single" w:sz="5" w:color="C8D6DD"/>
              <w:right w:val="single" w:sz="5" w:color="C8D6DD"/>
            </w:tcBorders>
          </w:tcPr>
          <w:p>
            <w:r>
              <w:rPr>
                <w:b/>
              </w:rPr>
              <w:t>Duración de la relación de trabajo</w:t>
            </w:r>
          </w:p>
        </w:tc>
        <w:tc>
          <w:tcPr>
            <w:tcW w:type="dxa" w:w="6192"/>
            <w:vAlign w:val="center"/>
            <w:tcBorders>
              <w:top w:val="single" w:sz="5" w:color="C8D6DD"/>
              <w:left w:val="single" w:sz="5" w:color="C8D6DD"/>
              <w:bottom w:val="single" w:sz="5" w:color="C8D6DD"/>
              <w:right w:val="single" w:sz="5" w:color="C8D6DD"/>
            </w:tcBorders>
          </w:tcPr>
          <w:p>
            <w:r>
              <w:t>Desde [FECHA DE INGRESO] hasta [FECHA DE EGRESO], con una duración de [DURACIÓN TOTAL].</w:t>
            </w:r>
          </w:p>
        </w:tc>
      </w:tr>
      <w:tr>
        <w:tc>
          <w:tcPr>
            <w:tcW w:type="dxa" w:w="3384"/>
            <w:vAlign w:val="center"/>
            <w:shd w:fill="E8F1F5"/>
            <w:tcBorders>
              <w:top w:val="single" w:sz="5" w:color="C8D6DD"/>
              <w:left w:val="single" w:sz="5" w:color="C8D6DD"/>
              <w:bottom w:val="single" w:sz="5" w:color="C8D6DD"/>
              <w:right w:val="single" w:sz="5" w:color="C8D6DD"/>
            </w:tcBorders>
          </w:tcPr>
          <w:p>
            <w:r>
              <w:rPr>
                <w:b/>
              </w:rPr>
              <w:t>Último salario devengado</w:t>
            </w:r>
          </w:p>
        </w:tc>
        <w:tc>
          <w:tcPr>
            <w:tcW w:type="dxa" w:w="6192"/>
            <w:vAlign w:val="center"/>
            <w:tcBorders>
              <w:top w:val="single" w:sz="5" w:color="C8D6DD"/>
              <w:left w:val="single" w:sz="5" w:color="C8D6DD"/>
              <w:bottom w:val="single" w:sz="5" w:color="C8D6DD"/>
              <w:right w:val="single" w:sz="5" w:color="C8D6DD"/>
            </w:tcBorders>
          </w:tcPr>
          <w:p>
            <w:r>
              <w:t>[MONTO Y MONEDA], [PERIODICIDAD SI ES NECESARIO PARA EXPRESAR EL SALARIO].</w:t>
            </w:r>
          </w:p>
        </w:tc>
      </w:tr>
      <w:tr>
        <w:tc>
          <w:tcPr>
            <w:tcW w:type="dxa" w:w="3384"/>
            <w:vAlign w:val="center"/>
            <w:shd w:fill="E8F1F5"/>
            <w:tcBorders>
              <w:top w:val="single" w:sz="5" w:color="C8D6DD"/>
              <w:left w:val="single" w:sz="5" w:color="C8D6DD"/>
              <w:bottom w:val="single" w:sz="5" w:color="C8D6DD"/>
              <w:right w:val="single" w:sz="5" w:color="C8D6DD"/>
            </w:tcBorders>
          </w:tcPr>
          <w:p>
            <w:r>
              <w:rPr>
                <w:b/>
              </w:rPr>
              <w:t>Oficio desempeñado</w:t>
            </w:r>
          </w:p>
        </w:tc>
        <w:tc>
          <w:tcPr>
            <w:tcW w:type="dxa" w:w="6192"/>
            <w:vAlign w:val="center"/>
            <w:tcBorders>
              <w:top w:val="single" w:sz="5" w:color="C8D6DD"/>
              <w:left w:val="single" w:sz="5" w:color="C8D6DD"/>
              <w:bottom w:val="single" w:sz="5" w:color="C8D6DD"/>
              <w:right w:val="single" w:sz="5" w:color="C8D6DD"/>
            </w:tcBorders>
          </w:tcPr>
          <w:p>
            <w:r>
              <w:t>[CARGO U OFICIO DESEMPEÑADO].</w:t>
            </w:r>
          </w:p>
        </w:tc>
      </w:tr>
    </w:tbl>
    <w:p/>
    <w:p>
      <w:pPr>
        <w:jc w:val="center"/>
      </w:pPr>
      <w:r>
        <w:rPr>
          <w:i/>
        </w:rPr>
        <w:t>Atentamente,</w:t>
      </w:r>
    </w:p>
    <w:p/>
    <w:p>
      <w:pPr>
        <w:jc w:val="center"/>
      </w:pPr>
      <w:r>
        <w:rPr>
          <w:b/>
        </w:rPr>
        <w:t>__________________________________</w:t>
      </w:r>
    </w:p>
    <w:p>
      <w:pPr>
        <w:jc w:val="center"/>
      </w:pPr>
      <w:r>
        <w:rPr>
          <w:b/>
        </w:rPr>
        <w:t>[NOMBRE DE QUIEN FIRMA]</w:t>
      </w:r>
    </w:p>
    <w:p>
      <w:pPr>
        <w:jc w:val="center"/>
      </w:pPr>
      <w:r>
        <w:t>[CARGO / REPRESENTACIÓN EN LA EMPRESA]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7E8"/>
            <w:tcBorders>
              <w:top w:val="single" w:sz="6" w:color="E8C989"/>
              <w:left w:val="single" w:sz="6" w:color="E8C989"/>
              <w:bottom w:val="single" w:sz="6" w:color="E8C989"/>
              <w:right w:val="single" w:sz="6" w:color="E8C989"/>
            </w:tcBorders>
          </w:tcPr>
          <w:p>
            <w:r>
              <w:rPr>
                <w:b/>
              </w:rPr>
              <w:t xml:space="preserve">Nota de uso: </w:t>
            </w:r>
            <w:r>
              <w:t>este modelo está diseñado para la constancia emitida al terminar la relación laboral. No agregue motivo de terminación, evaluaciones, sanciones, recomendaciones, conducta u otras menciones laborales distintas de duración, último salario y oficio desempeñado.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36" w:right="1123" w:bottom="936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Modelo referencial basado en el Art. 84 LOTTT · Sistema Temis · sistematemis.com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 Temis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