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43452"/>
          <w:sz w:val="28"/>
        </w:rPr>
        <w:t>[NOMBRE DE LA EMPRESA]</w:t>
      </w:r>
    </w:p>
    <w:p>
      <w:pPr>
        <w:jc w:val="center"/>
      </w:pPr>
      <w:r>
        <w:rPr>
          <w:color w:val="5A646E"/>
          <w:sz w:val="18"/>
        </w:rPr>
        <w:t>RIF: [RIF]  |  [DIRECCIÓN]  |  [TELÉFONO / CORREO]</w:t>
      </w:r>
    </w:p>
    <w:p>
      <w:pPr>
        <w:spacing w:before="240" w:after="280"/>
        <w:jc w:val="center"/>
      </w:pPr>
      <w:r>
        <w:rPr>
          <w:b/>
          <w:color w:val="1B5D7E"/>
          <w:sz w:val="32"/>
        </w:rPr>
        <w:t>CONSTANCIA DE TRABAJO</w:t>
      </w:r>
    </w:p>
    <w:p>
      <w:pPr>
        <w:jc w:val="right"/>
      </w:pPr>
      <w:r>
        <w:rPr>
          <w:i/>
        </w:rPr>
        <w:t>[CIUDAD], [DÍA] de [MES] de [AÑO]</w:t>
      </w:r>
    </w:p>
    <w:p>
      <w:r>
        <w:rPr>
          <w:b/>
        </w:rPr>
        <w:t>A quien pueda interesar:</w:t>
      </w:r>
    </w:p>
    <w:p>
      <w:pPr>
        <w:ind w:firstLine="432"/>
        <w:jc w:val="both"/>
      </w:pPr>
      <w:r>
        <w:t xml:space="preserve">Por medio de la presente hacemos constar que </w:t>
      </w:r>
      <w:r>
        <w:rPr>
          <w:b/>
        </w:rPr>
        <w:t>[NOMBRE COMPLETO DEL TRABAJADOR]</w:t>
      </w:r>
      <w:r>
        <w:t xml:space="preserve">, titular de la cédula de identidad N.º </w:t>
      </w:r>
      <w:r>
        <w:rPr>
          <w:b/>
        </w:rPr>
        <w:t>[V-00.000.000]</w:t>
      </w:r>
      <w:r>
        <w:t xml:space="preserve">, presta servicios en esta entidad de trabajo desde el </w:t>
      </w:r>
      <w:r>
        <w:rPr>
          <w:b/>
        </w:rPr>
        <w:t>[FECHA DE INGRESO]</w:t>
      </w:r>
      <w:r>
        <w:t xml:space="preserve">, desempeñando actualmente el cargo de </w:t>
      </w:r>
      <w:r>
        <w:rPr>
          <w:b/>
        </w:rPr>
        <w:t>[CARGO U OFICIO]</w:t>
      </w:r>
      <w:r>
        <w:t>.</w:t>
      </w:r>
    </w:p>
    <w:p>
      <w:pPr>
        <w:ind w:firstLine="432"/>
        <w:jc w:val="both"/>
      </w:pPr>
      <w:r>
        <w:t xml:space="preserve">A solicitud de la parte interesada, se hace constar que su remuneración actual es de </w:t>
      </w:r>
      <w:r>
        <w:rPr>
          <w:b/>
        </w:rPr>
        <w:t>[MONTO Y MONEDA]</w:t>
      </w:r>
      <w:r>
        <w:t xml:space="preserve"> </w:t>
      </w:r>
      <w:r>
        <w:rPr>
          <w:i/>
        </w:rPr>
        <w:t>[INDICAR PERIODICIDAD: mensual, quincenal, etc.]</w:t>
      </w:r>
      <w:r>
        <w:t>. Si el trámite no requiere información salarial, este párrafo puede eliminarse.</w:t>
      </w:r>
    </w:p>
    <w:p>
      <w:pPr>
        <w:ind w:firstLine="432"/>
        <w:jc w:val="both"/>
      </w:pPr>
      <w:r>
        <w:t>La presente constancia se expide a solicitud de la parte interesada para los fines que estime convenientes.</w:t>
      </w:r>
    </w:p>
    <w:p/>
    <w:p>
      <w:pPr>
        <w:jc w:val="center"/>
      </w:pPr>
      <w:r>
        <w:rPr>
          <w:i/>
        </w:rPr>
        <w:t>Atentamente,</w:t>
      </w:r>
    </w:p>
    <w:p/>
    <w:p>
      <w:pPr>
        <w:jc w:val="center"/>
      </w:pPr>
      <w:r>
        <w:rPr>
          <w:b/>
        </w:rPr>
        <w:t>__________________________________</w:t>
      </w:r>
    </w:p>
    <w:p>
      <w:pPr>
        <w:jc w:val="center"/>
      </w:pPr>
      <w:r>
        <w:rPr>
          <w:b/>
        </w:rPr>
        <w:t>[NOMBRE DE QUIEN FIRMA]</w:t>
      </w:r>
    </w:p>
    <w:p>
      <w:pPr>
        <w:jc w:val="center"/>
      </w:pPr>
      <w:r>
        <w:t>[CARGO / REPRESENTACIÓN EN LA EMPRESA]</w:t>
      </w:r>
    </w:p>
    <w:p>
      <w:pPr>
        <w:jc w:val="center"/>
      </w:pPr>
      <w:r>
        <w:rPr>
          <w:i/>
        </w:rPr>
        <w:t>[SELLO, SI LA EMPRESA LO UTILIZA]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EF5F7"/>
            <w:tcBorders>
              <w:top w:val="single" w:sz="6" w:color="B9D3DC"/>
              <w:left w:val="single" w:sz="6" w:color="B9D3DC"/>
              <w:bottom w:val="single" w:sz="6" w:color="B9D3DC"/>
              <w:right w:val="single" w:sz="6" w:color="B9D3DC"/>
            </w:tcBorders>
          </w:tcPr>
          <w:p>
            <w:r>
              <w:rPr>
                <w:b/>
              </w:rPr>
              <w:t xml:space="preserve">Nota de uso: </w:t>
            </w:r>
            <w:r>
              <w:t>modelo referencial para una relación laboral activa. Sustituya los campos entre corchetes y elimine cualquier dato que el trámite no requiera.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36" w:right="1123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Modelo editable preparado por Sistema Temis · sistematemis.com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 Temis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